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Das muss vor dem Start geklärt sein</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Holzbau in München: Welche Konstruktionsweise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werkmuenchen.de/index.html" TargetMode="External"/><Relationship Id="rId10" Type="http://schemas.openxmlformats.org/officeDocument/2006/relationships/hyperlink" Target="https://ibm.holzwerkmuenchen.de/hausbau-1/holzbau-in-m-nchen-welche-konstruktionsweise-passt-zu-meinem-vorhaben-2c056fa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